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36"/>
        </w:rPr>
        <w:t>CROATIA CROSS-BORDER SKIPPER DECLARATION</w:t>
      </w:r>
    </w:p>
    <w:p>
      <w:pPr>
        <w:jc w:val="center"/>
      </w:pPr>
      <w:r>
        <w:rPr>
          <w:i/>
          <w:sz w:val="22"/>
        </w:rPr>
        <w:t>Bilingual Template — Croatian / English</w:t>
      </w:r>
    </w:p>
    <w:p>
      <w:r>
        <w:t>Replace all information in square brackets with your own details before submitting the declaration.</w:t>
      </w:r>
    </w:p>
    <w:p>
      <w:pPr>
        <w:pStyle w:val="Heading1"/>
      </w:pPr>
      <w:r>
        <w:t>Predmet / Subject</w:t>
      </w:r>
    </w:p>
    <w:p>
      <w:r>
        <w:t>Prijava prekograničnog pružanja usluga, zapovjednik brodice</w:t>
        <w:br/>
        <w:t>Declaration of Cross-Border Provision of Services, Skipper</w:t>
      </w:r>
    </w:p>
    <w:p>
      <w:r>
        <w:t>Prima / To: Ministarstvo mora, prometa i infrastrukture, Uprava sigurnosti plovidbe</w:t>
      </w:r>
    </w:p>
    <w:p>
      <w:r>
        <w:t>Email: verification@pomorstvo.hr, info@mmpi.hr</w:t>
      </w:r>
    </w:p>
    <w:p>
      <w:r>
        <w:t>Poštovani,</w:t>
      </w:r>
    </w:p>
    <w:p>
      <w:r>
        <w:t>Sukladno Zakonu o reguliranim profesijama i priznavanju inozemnih stručnih kvalifikacija, ovim putem podnosim prethodnu pisanu izjavu o privremenom i povremenom pružanju usluga u Republici Hrvatskoj za profesiju: Zapovjednik brodice.</w:t>
      </w:r>
    </w:p>
    <w:p>
      <w:r>
        <w:t>Dear Sir or Madam,</w:t>
      </w:r>
    </w:p>
    <w:p>
      <w:r>
        <w:t>Pursuant to the Act on Regulated Professions and Recognition of Foreign Professional Qualifications, I hereby submit a prior written declaration of the temporary and occasional provision of services in the Republic of Croatia for the profession of: Skipper.</w:t>
      </w:r>
    </w:p>
    <w:p>
      <w:pPr>
        <w:pStyle w:val="Heading1"/>
      </w:pPr>
      <w:r>
        <w:t>Podaci o podnositelju izjave / Details of the Declarant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12"/>
        <w:gridCol w:w="5112"/>
      </w:tblGrid>
      <w:tr>
        <w:tc>
          <w:tcPr>
            <w:tcW w:type="dxa" w:w="5112"/>
            <w:vAlign w:val="center"/>
          </w:tcPr>
          <w:p>
            <w:pPr>
              <w:spacing w:after="40"/>
            </w:pPr>
            <w:r>
              <w:t>Ime i prezime / First and last name</w:t>
            </w:r>
          </w:p>
        </w:tc>
        <w:tc>
          <w:tcPr>
            <w:tcW w:type="dxa" w:w="5112"/>
            <w:vAlign w:val="center"/>
          </w:tcPr>
          <w:p>
            <w:pPr>
              <w:spacing w:after="40"/>
            </w:pPr>
            <w:r>
              <w:t>[Full name]</w:t>
            </w:r>
          </w:p>
        </w:tc>
      </w:tr>
      <w:tr>
        <w:tc>
          <w:tcPr>
            <w:tcW w:type="dxa" w:w="5112"/>
            <w:vAlign w:val="center"/>
          </w:tcPr>
          <w:p>
            <w:pPr>
              <w:spacing w:after="40"/>
            </w:pPr>
            <w:r>
              <w:t>Državljanstvo / Nationality</w:t>
            </w:r>
          </w:p>
        </w:tc>
        <w:tc>
          <w:tcPr>
            <w:tcW w:type="dxa" w:w="5112"/>
            <w:vAlign w:val="center"/>
          </w:tcPr>
          <w:p>
            <w:pPr>
              <w:spacing w:after="40"/>
            </w:pPr>
            <w:r>
              <w:t>[EU/EEA country]</w:t>
            </w:r>
          </w:p>
        </w:tc>
      </w:tr>
      <w:tr>
        <w:tc>
          <w:tcPr>
            <w:tcW w:type="dxa" w:w="5112"/>
            <w:vAlign w:val="center"/>
          </w:tcPr>
          <w:p>
            <w:pPr>
              <w:spacing w:after="40"/>
            </w:pPr>
            <w:r>
              <w:t>Broj putovnice ili osobne iskaznice / Passport or ID number</w:t>
            </w:r>
          </w:p>
        </w:tc>
        <w:tc>
          <w:tcPr>
            <w:tcW w:type="dxa" w:w="5112"/>
            <w:vAlign w:val="center"/>
          </w:tcPr>
          <w:p>
            <w:pPr>
              <w:spacing w:after="40"/>
            </w:pPr>
            <w:r>
              <w:t>[Number]</w:t>
            </w:r>
          </w:p>
        </w:tc>
      </w:tr>
      <w:tr>
        <w:tc>
          <w:tcPr>
            <w:tcW w:type="dxa" w:w="5112"/>
            <w:vAlign w:val="center"/>
          </w:tcPr>
          <w:p>
            <w:pPr>
              <w:spacing w:after="40"/>
            </w:pPr>
            <w:r>
              <w:t>Adresa prebivališta / Permanent address</w:t>
            </w:r>
          </w:p>
        </w:tc>
        <w:tc>
          <w:tcPr>
            <w:tcW w:type="dxa" w:w="5112"/>
            <w:vAlign w:val="center"/>
          </w:tcPr>
          <w:p>
            <w:pPr>
              <w:spacing w:after="40"/>
            </w:pPr>
            <w:r>
              <w:t>[Full home address]</w:t>
            </w:r>
          </w:p>
        </w:tc>
      </w:tr>
      <w:tr>
        <w:tc>
          <w:tcPr>
            <w:tcW w:type="dxa" w:w="5112"/>
            <w:vAlign w:val="center"/>
          </w:tcPr>
          <w:p>
            <w:pPr>
              <w:spacing w:after="40"/>
            </w:pPr>
            <w:r>
              <w:t>Kontakt / Contact</w:t>
            </w:r>
          </w:p>
        </w:tc>
        <w:tc>
          <w:tcPr>
            <w:tcW w:type="dxa" w:w="5112"/>
            <w:vAlign w:val="center"/>
          </w:tcPr>
          <w:p>
            <w:pPr>
              <w:spacing w:after="40"/>
            </w:pPr>
            <w:r>
              <w:t>[Email], [Phone]</w:t>
            </w:r>
          </w:p>
        </w:tc>
      </w:tr>
    </w:tbl>
    <w:p>
      <w:pPr>
        <w:pStyle w:val="Heading1"/>
      </w:pPr>
      <w:r>
        <w:t>Podaci o poslovnom nastanu / Details of Legal Establishment</w:t>
      </w:r>
    </w:p>
    <w:p>
      <w:r>
        <w:t>Izjavljujem da sam zakonito uspostavljen u [država] za obavljanje navedene djelatnosti te da mi u trenutku davanja ove izjave nije, čak ni privremeno, zabranjeno obavljanje profesije.</w:t>
      </w:r>
    </w:p>
    <w:p>
      <w:r>
        <w:t>I declare that I am legally established in [country] for the performance of this activity, and that at the moment of submitting this declaration I am not prohibited, even temporarily, from practising the profession.</w:t>
      </w:r>
    </w:p>
    <w:p>
      <w:pPr>
        <w:pStyle w:val="Heading1"/>
      </w:pP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12"/>
        <w:gridCol w:w="5112"/>
      </w:tblGrid>
      <w:tr>
        <w:tc>
          <w:tcPr>
            <w:tcW w:type="dxa" w:w="5112"/>
            <w:vAlign w:val="center"/>
          </w:tcPr>
          <w:p>
            <w:pPr>
              <w:spacing w:after="40"/>
            </w:pPr>
            <w:r>
              <w:t>Naziv tvrtke ili obrta / Company or trade name</w:t>
            </w:r>
          </w:p>
        </w:tc>
        <w:tc>
          <w:tcPr>
            <w:tcW w:type="dxa" w:w="5112"/>
            <w:vAlign w:val="center"/>
          </w:tcPr>
          <w:p>
            <w:pPr>
              <w:spacing w:after="40"/>
            </w:pPr>
            <w:r>
              <w:t>[Business name]</w:t>
            </w:r>
          </w:p>
        </w:tc>
      </w:tr>
      <w:tr>
        <w:tc>
          <w:tcPr>
            <w:tcW w:type="dxa" w:w="5112"/>
            <w:vAlign w:val="center"/>
          </w:tcPr>
          <w:p>
            <w:pPr>
              <w:spacing w:after="40"/>
            </w:pPr>
            <w:r>
              <w:t>Registarski broj / Registration number</w:t>
            </w:r>
          </w:p>
        </w:tc>
        <w:tc>
          <w:tcPr>
            <w:tcW w:type="dxa" w:w="5112"/>
            <w:vAlign w:val="center"/>
          </w:tcPr>
          <w:p>
            <w:pPr>
              <w:spacing w:after="40"/>
            </w:pPr>
            <w:r>
              <w:t>[Tax or trade registration number]</w:t>
            </w:r>
          </w:p>
        </w:tc>
      </w:tr>
    </w:tbl>
    <w:p>
      <w:pPr>
        <w:pStyle w:val="Heading1"/>
      </w:pPr>
      <w:r>
        <w:t>Podaci o stručnoj kvalifikaciji / Details of Professional Qualification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12"/>
        <w:gridCol w:w="5112"/>
      </w:tblGrid>
      <w:tr>
        <w:tc>
          <w:tcPr>
            <w:tcW w:type="dxa" w:w="5112"/>
            <w:vAlign w:val="center"/>
          </w:tcPr>
          <w:p>
            <w:pPr>
              <w:spacing w:after="40"/>
            </w:pPr>
            <w:r>
              <w:t>Naziv svjedodžbe ili dozvole / Name of certificate or licence</w:t>
            </w:r>
          </w:p>
        </w:tc>
        <w:tc>
          <w:tcPr>
            <w:tcW w:type="dxa" w:w="5112"/>
            <w:vAlign w:val="center"/>
          </w:tcPr>
          <w:p>
            <w:pPr>
              <w:spacing w:after="40"/>
            </w:pPr>
            <w:r>
              <w:t>[Exact name, e.g. RYA Yachtmaster Offshore]</w:t>
            </w:r>
          </w:p>
        </w:tc>
      </w:tr>
      <w:tr>
        <w:tc>
          <w:tcPr>
            <w:tcW w:type="dxa" w:w="5112"/>
            <w:vAlign w:val="center"/>
          </w:tcPr>
          <w:p>
            <w:pPr>
              <w:spacing w:after="40"/>
            </w:pPr>
            <w:r>
              <w:t>Broj svjedodžbe / Certificate number</w:t>
            </w:r>
          </w:p>
        </w:tc>
        <w:tc>
          <w:tcPr>
            <w:tcW w:type="dxa" w:w="5112"/>
            <w:vAlign w:val="center"/>
          </w:tcPr>
          <w:p>
            <w:pPr>
              <w:spacing w:after="40"/>
            </w:pPr>
            <w:r>
              <w:t>[Number]</w:t>
            </w:r>
          </w:p>
        </w:tc>
      </w:tr>
      <w:tr>
        <w:tc>
          <w:tcPr>
            <w:tcW w:type="dxa" w:w="5112"/>
            <w:vAlign w:val="center"/>
          </w:tcPr>
          <w:p>
            <w:pPr>
              <w:spacing w:after="40"/>
            </w:pPr>
            <w:r>
              <w:t>Izdavatelj / Issued by</w:t>
            </w:r>
          </w:p>
        </w:tc>
        <w:tc>
          <w:tcPr>
            <w:tcW w:type="dxa" w:w="5112"/>
            <w:vAlign w:val="center"/>
          </w:tcPr>
          <w:p>
            <w:pPr>
              <w:spacing w:after="40"/>
            </w:pPr>
            <w:r>
              <w:t>[Issuing authority and country]</w:t>
            </w:r>
          </w:p>
        </w:tc>
      </w:tr>
    </w:tbl>
    <w:p>
      <w:pPr>
        <w:pStyle w:val="Heading1"/>
      </w:pPr>
      <w:r>
        <w:t>Planirano razdoblje pružanja usluga / Planned Period of Service Provision</w:t>
      </w:r>
    </w:p>
    <w:p>
      <w:r>
        <w:t>Planiram pružati usluge povremeno u razdoblju od [datum] do [datum], prvenstveno na području [npr. Splitsko-dalmatinska županija].</w:t>
      </w:r>
    </w:p>
    <w:p>
      <w:r>
        <w:t>I plan to provide services occasionally in the period from [date] to [date], primarily in the area of [e.g. Split-Dalmatia County].</w:t>
      </w:r>
    </w:p>
    <w:p>
      <w:pPr>
        <w:pStyle w:val="Heading1"/>
      </w:pPr>
      <w:r>
        <w:t>U privitku dostavljam sljedeće dokumente / Documents Attached</w:t>
      </w:r>
    </w:p>
    <w:p>
      <w:pPr>
        <w:pStyle w:val="ListNumber"/>
      </w:pPr>
      <w:r>
        <w:t>Kopija osobne iskaznice ili putovnice / Copy of ID or passport</w:t>
      </w:r>
    </w:p>
    <w:p>
      <w:pPr>
        <w:pStyle w:val="ListNumber"/>
      </w:pPr>
      <w:r>
        <w:t>Dokaz o poslovnom nastanu u matičnoj državi / Proof of legal establishment in home country</w:t>
      </w:r>
    </w:p>
    <w:p>
      <w:pPr>
        <w:pStyle w:val="ListNumber"/>
      </w:pPr>
      <w:r>
        <w:t>Kopija svjedodžbe ili dozvole za zapovjednika / Copy of skipper licence</w:t>
      </w:r>
    </w:p>
    <w:p>
      <w:pPr>
        <w:pStyle w:val="ListNumber"/>
      </w:pPr>
      <w:r>
        <w:t>Dokaz o nekažnjavanju ili neizricanju zabrane, ako je primjenjivo / Proof of no prohibition, if applicable</w:t>
      </w:r>
    </w:p>
    <w:p>
      <w:r>
        <w:t>Molim vas za potvrdu primitka ove izjave.</w:t>
        <w:br/>
        <w:t>Please confirm receipt of this declaration.</w:t>
      </w:r>
    </w:p>
    <w:p>
      <w:r>
        <w:t>S poštovanjem, / Sincerely,</w:t>
        <w:br/>
        <w:br/>
        <w:t>[Name]</w:t>
        <w:br/>
        <w:br/>
        <w:t>[Date]</w:t>
      </w:r>
    </w:p>
    <w:p>
      <w:r>
        <w:br w:type="page"/>
      </w:r>
    </w:p>
    <w:p>
      <w:pPr>
        <w:pStyle w:val="Heading1"/>
      </w:pPr>
      <w:r>
        <w:t>Submission Notes</w:t>
      </w:r>
    </w:p>
    <w:p>
      <w:r>
        <w:t>Who needs this: every independent skipper who holds an EU or EEA passport, is legally registered as a freelancer, sole trader or company in another EU/EEA state, and is contracted directly by a guest or a charter company to skipper in Croatian territorial waters on a temporary basis.</w:t>
      </w:r>
    </w:p>
    <w:p>
      <w:r>
        <w:t>Who does not: Croatian nationals (register a business instead), employed skippers posted by an EU employer (your employer files a posting declaration with the State Inspectorate instead), and third-country nationals (you need a residence and work permit).</w:t>
      </w:r>
    </w:p>
    <w:p>
      <w:r>
        <w:t>When: before your first trip, then once a year for each year you intend to work.</w:t>
      </w:r>
    </w:p>
    <w:p>
      <w:r>
        <w:t>Where: Ministarstvo mora, prometa i infrastrukture, Uprava sigurnosti plovidbe. Email verification@pomorstvo.hr, copy info@mmpi.hr. Postal address: Prisavlje 14, 10 000 Zagreb. The Act also permits submission through the Jedinstvena kontaktna točka, the Single Contact Point for services.</w:t>
      </w:r>
    </w:p>
    <w:p>
      <w:r>
        <w:t>Scans are fine. Croatian or English is sensible.</w:t>
      </w:r>
    </w:p>
    <w:p>
      <w:r>
        <w:t>Keep the acknowledgement: ask for confirmation of receipt and keep it with your ship's papers.</w:t>
      </w:r>
    </w:p>
    <w:p>
      <w:r>
        <w:t>File it before your first job, not before your first inspection.</w:t>
      </w:r>
    </w:p>
    <w:p>
      <w:r>
        <w:t>Diarise the renewal: it runs per calendar year, not twelve months from filing.</w:t>
      </w:r>
    </w:p>
    <w:p>
      <w:r>
        <w:t>Not legal advice. Confirm the current requirements with the Ministry or a Croatian-qualified lawyer.</w:t>
      </w:r>
    </w:p>
    <w:sectPr w:rsidR="00FC693F" w:rsidRPr="0006063C" w:rsidSect="00034616">
      <w:pgSz w:w="12240" w:h="15840"/>
      <w:pgMar w:top="936" w:right="1008" w:bottom="936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rial" w:hAnsi="Arial"/>
      <w:b/>
      <w:color w:val="17365D" w:themeColor="text2" w:themeShade="BF"/>
      <w:spacing w:val="5"/>
      <w:kern w:val="28"/>
      <w:sz w:val="3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